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Virtual assistant job description template</w:t>
      </w:r>
    </w:p>
    <w:tbl>
      <w:tblPr>
        <w:tblW w:w="9411" w:type="dxa"/>
        <w:jc w:val="left"/>
        <w:tblBorders>
          <w:top w:val="single" w:sz="4" w:space="0" w:color="F2C4DA"/>
          <w:left w:val="single" w:sz="4" w:space="0" w:color="F2C4DA"/>
          <w:bottom w:val="single" w:sz="4" w:space="0" w:color="F2C4DA"/>
          <w:right w:val="single" w:sz="4" w:space="0" w:color="F2C4DA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w="9411" w:type="dxa"/>
            <w:shd w:val="clear" w:color="auto" w:fill="FCE7F3"/>
          </w:tcPr>
          <w:p>
            <w:pPr>
              <w:spacing w:after="0"/>
            </w:pPr>
            <w:r>
              <w:rPr>
                <w:b/>
              </w:rPr>
              <w:t xml:space="preserve">How to use this template: </w:t>
            </w:r>
            <w:r>
              <w:t>Replace everything in square brackets and delete any line that does not apply.</w:t>
            </w:r>
          </w:p>
        </w:tc>
      </w:tr>
    </w:tbl>
    <w:p>
      <w:pPr>
        <w:spacing w:before="0" w:after="0" w:line="160" w:lineRule="exact"/>
      </w:pPr>
      <w:r>
        <w:rPr>
          <w:sz w:val="4"/>
        </w:rPr>
      </w:r>
    </w:p>
    <w:p>
      <w:pPr>
        <w:spacing w:after="60"/>
      </w:pPr>
      <w:r>
        <w:rPr>
          <w:b/>
        </w:rPr>
        <w:t>Job title:</w:t>
      </w:r>
      <w:r>
        <w:t xml:space="preserve"> Virtual Assistant ([Admin / Executive support])</w:t>
      </w:r>
    </w:p>
    <w:p>
      <w:pPr>
        <w:spacing w:after="60"/>
      </w:pPr>
      <w:r>
        <w:rPr>
          <w:b/>
        </w:rPr>
        <w:t>Location:</w:t>
      </w:r>
      <w:r>
        <w:t xml:space="preserve"> Remote, with working hours that overlap [UK business hours / your hours].</w:t>
      </w:r>
    </w:p>
    <w:p>
      <w:pPr>
        <w:spacing w:after="60"/>
      </w:pPr>
      <w:r>
        <w:rPr>
          <w:b/>
        </w:rPr>
        <w:t>Hours:</w:t>
      </w:r>
      <w:r>
        <w:t xml:space="preserve"> [Full time / Part time], [number] hours a week, [days].</w:t>
      </w:r>
    </w:p>
    <w:p>
      <w:pPr>
        <w:spacing w:after="60"/>
      </w:pPr>
      <w:r>
        <w:rPr>
          <w:b/>
        </w:rPr>
        <w:t>Reports to:</w:t>
      </w:r>
      <w:r>
        <w:t xml:space="preserve"> [Name, job title]</w:t>
      </w:r>
    </w:p>
    <w:p>
      <w:pPr>
        <w:spacing w:after="60"/>
      </w:pPr>
      <w:r>
        <w:rPr>
          <w:b/>
        </w:rPr>
        <w:t>Employment type:</w:t>
      </w:r>
      <w:r>
        <w:t xml:space="preserve"> [Employee / Self-employed contractor], [permanent / contract length].</w:t>
      </w:r>
    </w:p>
    <w:p>
      <w:pPr>
        <w:spacing w:after="80"/>
      </w:pPr>
      <w:r>
        <w:rPr>
          <w:b/>
        </w:rPr>
        <w:t>Pay:</w:t>
      </w:r>
      <w:r>
        <w:t xml:space="preserve"> [£ per hour or per year], [pay frequency]. [Holiday and pension terms for an employee.]</w:t>
      </w:r>
    </w:p>
    <w:p>
      <w:pPr>
        <w:pStyle w:val="Heading1"/>
      </w:pPr>
      <w:r>
        <w:t>About us</w:t>
      </w:r>
    </w:p>
    <w:p>
      <w:pPr>
        <w:spacing w:after="120"/>
      </w:pPr>
      <w:r>
        <w:t>[Two or three sentences: what the business does, who your customers are, and why this role matters now.]</w:t>
      </w:r>
    </w:p>
    <w:p>
      <w:pPr>
        <w:pStyle w:val="Heading1"/>
      </w:pPr>
      <w:r>
        <w:t>Job summary</w:t>
      </w:r>
    </w:p>
    <w:p>
      <w:pPr>
        <w:spacing w:after="120"/>
      </w:pPr>
      <w:r>
        <w:t>We are looking for an organised, reliable virtual assistant to own our day-to-day administration: the inbox and diary, accurate records, documents and routine customer and supplier admin, so that [name or team] can focus on [the work only they can do].</w:t>
      </w:r>
    </w:p>
    <w:p>
      <w:pPr>
        <w:pStyle w:val="Heading1"/>
      </w:pPr>
      <w:r>
        <w:t>Responsibilities</w:t>
      </w:r>
    </w:p>
    <w:p>
      <w:pPr>
        <w:pStyle w:val="ListBullet"/>
        <w:spacing w:after="40"/>
      </w:pPr>
      <w:r>
        <w:t>Manage the [shared / director's] inbox: sort, reply to routine messages and flag anything that needs a decision</w:t>
      </w:r>
    </w:p>
    <w:p>
      <w:pPr>
        <w:pStyle w:val="ListBullet"/>
        <w:spacing w:after="40"/>
      </w:pPr>
      <w:r>
        <w:t>Book, move and confirm meetings within agreed diary rules</w:t>
      </w:r>
    </w:p>
    <w:p>
      <w:pPr>
        <w:pStyle w:val="ListBullet"/>
        <w:spacing w:after="40"/>
      </w:pPr>
      <w:r>
        <w:t>Keep records accurate in [CRM, spreadsheet, accounts or order system]</w:t>
      </w:r>
    </w:p>
    <w:p>
      <w:pPr>
        <w:pStyle w:val="ListBullet"/>
        <w:spacing w:after="40"/>
      </w:pPr>
      <w:r>
        <w:t>Research [suppliers, prospects, venues, travel] and summarise the findings</w:t>
      </w:r>
    </w:p>
    <w:p>
      <w:pPr>
        <w:pStyle w:val="ListBullet"/>
        <w:spacing w:after="40"/>
      </w:pPr>
      <w:r>
        <w:t>Prepare documents, letters and reports from notes or templates</w:t>
      </w:r>
    </w:p>
    <w:p>
      <w:pPr>
        <w:pStyle w:val="ListBullet"/>
        <w:spacing w:after="40"/>
      </w:pPr>
      <w:r>
        <w:t>Chase quotes, invoices and replies, and keep a list of what is outstanding</w:t>
      </w:r>
    </w:p>
    <w:p>
      <w:pPr>
        <w:pStyle w:val="ListBullet"/>
        <w:spacing w:after="40"/>
      </w:pPr>
      <w:r>
        <w:t>Handle routine customer and supplier queries by email [and phone]</w:t>
      </w:r>
    </w:p>
    <w:p>
      <w:pPr>
        <w:pStyle w:val="ListBullet"/>
        <w:spacing w:after="120"/>
      </w:pPr>
      <w:r>
        <w:t>Send a short end-of-day update: done, waiting, needs a decision</w:t>
      </w:r>
    </w:p>
    <w:p>
      <w:pPr>
        <w:pStyle w:val="Heading1"/>
      </w:pPr>
      <w:r>
        <w:t>Requirements and skills</w:t>
      </w:r>
    </w:p>
    <w:p>
      <w:pPr>
        <w:pStyle w:val="ListBullet"/>
        <w:keepNext/>
        <w:spacing w:after="40"/>
      </w:pPr>
      <w:r>
        <w:t>Experience in an administrative or assistant role [or: willing to learn]</w:t>
      </w:r>
    </w:p>
    <w:p>
      <w:pPr>
        <w:pStyle w:val="ListBullet"/>
        <w:keepNext/>
        <w:spacing w:after="40"/>
      </w:pPr>
      <w:r>
        <w:t>Excellent written English and a clear, polite tone</w:t>
      </w:r>
    </w:p>
    <w:p>
      <w:pPr>
        <w:pStyle w:val="ListBullet"/>
        <w:keepNext/>
        <w:spacing w:after="40"/>
      </w:pPr>
      <w:r>
        <w:t>Strong organisation, and the habit of finishing what you start</w:t>
      </w:r>
    </w:p>
    <w:p>
      <w:pPr>
        <w:pStyle w:val="ListBullet"/>
        <w:keepNext/>
        <w:spacing w:after="40"/>
      </w:pPr>
      <w:r>
        <w:t>Confident with [Google Workspace / Microsoft 365], [CRM name] and [other tools]</w:t>
      </w:r>
    </w:p>
    <w:p>
      <w:pPr>
        <w:pStyle w:val="ListBullet"/>
        <w:keepNext/>
        <w:spacing w:after="40"/>
      </w:pPr>
      <w:r>
        <w:t>Discretion with confidential information</w:t>
      </w:r>
    </w:p>
    <w:p>
      <w:pPr>
        <w:pStyle w:val="ListBullet"/>
        <w:spacing w:after="120"/>
      </w:pPr>
      <w:r>
        <w:t>Right to work in the UK [for an employee]</w:t>
      </w:r>
    </w:p>
    <w:p>
      <w:pPr>
        <w:spacing w:after="120"/>
      </w:pPr>
      <w:r>
        <w:rPr>
          <w:b/>
        </w:rPr>
        <w:t>Tools you will use:</w:t>
      </w:r>
      <w:r>
        <w:t xml:space="preserve"> [email], [calendar], [file storage], [CRM or accounts system], [password manager], [chat or video tool].</w:t>
      </w:r>
    </w:p>
    <w:p>
      <w:pPr>
        <w:pStyle w:val="Heading1"/>
      </w:pPr>
      <w:r>
        <w:t>How we will measure the role</w:t>
      </w:r>
    </w:p>
    <w:p>
      <w:pPr>
        <w:pStyle w:val="ListBullet"/>
        <w:keepNext/>
        <w:spacing w:after="40"/>
      </w:pPr>
      <w:r>
        <w:t>[Inbox triaged within [time] during working hours]</w:t>
      </w:r>
    </w:p>
    <w:p>
      <w:pPr>
        <w:pStyle w:val="ListBullet"/>
        <w:keepNext/>
        <w:spacing w:after="40"/>
      </w:pPr>
      <w:r>
        <w:t>[No double bookings; meetings confirmed [time] ahead]</w:t>
      </w:r>
    </w:p>
    <w:p>
      <w:pPr>
        <w:pStyle w:val="ListBullet"/>
        <w:keepNext/>
        <w:spacing w:after="40"/>
      </w:pPr>
      <w:r>
        <w:t>[Records updated the same day]</w:t>
      </w:r>
    </w:p>
    <w:p>
      <w:pPr>
        <w:pStyle w:val="ListBullet"/>
        <w:spacing w:after="120"/>
      </w:pPr>
      <w:r>
        <w:t>[End-of-day note sent every working day]</w:t>
      </w:r>
    </w:p>
    <w:p>
      <w:pPr>
        <w:spacing w:after="120"/>
      </w:pPr>
      <w:r>
        <w:rPr>
          <w:b/>
        </w:rPr>
        <w:t>Confidentiality and data access:</w:t>
      </w:r>
      <w:r>
        <w:t xml:space="preserve"> You will have access to [customer data, financial records, business email] through a password manager, limited to what the role needs and removed when the role ends. You will sign a confidentiality agreement.</w:t>
      </w:r>
    </w:p>
    <w:p>
      <w:pPr>
        <w:spacing w:after="120"/>
      </w:pPr>
      <w:r>
        <w:rPr>
          <w:b/>
        </w:rPr>
        <w:t>How to apply:</w:t>
      </w:r>
      <w:r>
        <w:t xml:space="preserve"> Send your CV and a short note on [one question, for example: how you would organise an inbox you have never seen] to [email] by [date].</w:t>
      </w:r>
    </w:p>
    <w:p>
      <w:pPr>
        <w:pStyle w:val="Heading1"/>
      </w:pPr>
      <w:r>
        <w:t>Before you post</w:t>
      </w:r>
    </w:p>
    <w:p>
      <w:pPr>
        <w:keepNext/>
        <w:spacing w:after="80"/>
      </w:pPr>
      <w:r>
        <w:rPr>
          <w:i/>
          <w:color w:val="5A5A5A"/>
          <w:sz w:val="20"/>
        </w:rPr>
        <w:t>Notes from the guide. Delete this section from the final advert.</w:t>
      </w:r>
    </w:p>
    <w:p>
      <w:pPr>
        <w:pStyle w:val="ListBullet"/>
        <w:keepNext/>
        <w:spacing w:after="40"/>
      </w:pPr>
      <w:r>
        <w:t>Keep the summary concrete: "manage the director's inbox and diary" beats "provide high-quality administrative support".</w:t>
      </w:r>
    </w:p>
    <w:p>
      <w:pPr>
        <w:pStyle w:val="ListBullet"/>
        <w:keepNext/>
        <w:spacing w:after="40"/>
      </w:pPr>
      <w:r>
        <w:t>Start each responsibility with a verb and order them by time spent.</w:t>
      </w:r>
    </w:p>
    <w:p>
      <w:pPr>
        <w:pStyle w:val="ListBullet"/>
        <w:keepNext/>
        <w:spacing w:after="40"/>
      </w:pPr>
      <w:r>
        <w:t>State the hours, the overlap with your day and the reporting line plainly.</w:t>
      </w:r>
    </w:p>
    <w:p>
      <w:pPr>
        <w:pStyle w:val="ListBullet"/>
        <w:keepNext/>
        <w:spacing w:after="40"/>
      </w:pPr>
      <w:r>
        <w:t>Pick three or four measures tied to the duties, such as inbox response time and diary accuracy, so the candidate knows what good looks like.</w:t>
      </w:r>
    </w:p>
    <w:p>
      <w:pPr>
        <w:pStyle w:val="ListBullet"/>
        <w:keepNext/>
        <w:spacing w:after="40"/>
      </w:pPr>
      <w:r>
        <w:t>Your wording signals the relationship you intend, so decide it before you post. This is general information, not legal advice.</w:t>
      </w:r>
    </w:p>
    <w:p>
      <w:pPr>
        <w:pStyle w:val="ListBullet"/>
        <w:spacing w:after="120"/>
      </w:pPr>
      <w:r>
        <w:t>Say in the job description that a confidentiality agreement, and for a contractor a data-processing agreement, come with the role, and that access is given through a password manager and removed when the role ends.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6" w:color="C8C8C8"/>
      </w:pBdr>
      <w:jc w:val="center"/>
    </w:pPr>
    <w:r/>
    <w:r>
      <w:rPr>
        <w:color w:val="5A5A5A"/>
        <w:sz w:val="18"/>
      </w:rPr>
      <w:t>Template from ant-assist.com · Free to use and adapt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80" w:line="264" w:lineRule="auto"/>
      <w:outlineLvl w:val="0"/>
    </w:pPr>
    <w:rPr>
      <w:rFonts w:ascii="Arial" w:hAnsi="Arial" w:eastAsia="Arial" w:cs="Arial"/>
      <w:b/>
      <w:bCs/>
      <w:i w:val="0"/>
      <w:color w:val="C9165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60" w:line="264" w:lineRule="auto"/>
      <w:outlineLvl w:val="1"/>
    </w:pPr>
    <w:rPr>
      <w:rFonts w:ascii="Arial" w:hAnsi="Arial" w:eastAsia="Arial" w:cs="Arial"/>
      <w:b/>
      <w:bCs/>
      <w:i w:val="0"/>
      <w:color w:val="C9165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40" w:line="264" w:lineRule="auto"/>
      <w:outlineLvl w:val="2"/>
    </w:pPr>
    <w:rPr>
      <w:rFonts w:ascii="Arial" w:hAnsi="Arial" w:eastAsia="Arial" w:cs="Arial"/>
      <w:b/>
      <w:bCs/>
      <w:i w:val="0"/>
      <w:color w:val="C9165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 w:before="0"/>
      <w:contextualSpacing/>
    </w:pPr>
    <w:rPr>
      <w:rFonts w:ascii="Arial" w:hAnsi="Arial" w:eastAsia="Arial" w:cs="Arial"/>
      <w:b/>
      <w:i w:val="0"/>
      <w:color w:val="C9165B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 assistant job description template</dc:title>
  <dc:subject>UK virtual assistant job description template</dc:subject>
  <dc:creator>Ant Assist</dc:creator>
  <cp:keywords>virtual assistant, job description, template, UK</cp:keywords>
  <dc:description>Free template from ant-assist.com. Source guide: https://ant-assist.com/resources/virtual-assistant-job-description/</dc:description>
  <cp:lastModifiedBy>Ant Assist</cp:lastModifiedBy>
  <cp:revision>1</cp:revision>
  <dcterms:created xsi:type="dcterms:W3CDTF">2026-10-22T09:00:00Z</dcterms:created>
  <dcterms:modified xsi:type="dcterms:W3CDTF">2026-10-22T09:00:00Z</dcterms:modified>
  <cp:category>Template</cp:category>
  <dc:language>en-GB</dc:language>
</cp:coreProperties>
</file>