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Sales development representative (SDR) job description template</w:t>
      </w:r>
    </w:p>
    <w:tbl>
      <w:tblPr>
        <w:tblW w:w="9411" w:type="dxa"/>
        <w:jc w:val="left"/>
        <w:tblBorders>
          <w:top w:val="single" w:sz="4" w:space="0" w:color="F2C4DA"/>
          <w:left w:val="single" w:sz="4" w:space="0" w:color="F2C4DA"/>
          <w:bottom w:val="single" w:sz="4" w:space="0" w:color="F2C4DA"/>
          <w:right w:val="single" w:sz="4" w:space="0" w:color="F2C4DA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CE7F3"/>
          </w:tcPr>
          <w:p>
            <w:pPr>
              <w:spacing w:after="0"/>
            </w:pPr>
            <w:r>
              <w:rPr>
                <w:b/>
              </w:rPr>
              <w:t xml:space="preserve">How to use this template: </w:t>
            </w:r>
            <w:r>
              <w:t>Replace each item in square brackets with your own details and delete the lines that do not apply.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spacing w:after="60"/>
      </w:pPr>
      <w:r>
        <w:rPr>
          <w:b/>
        </w:rPr>
        <w:t>Job title:</w:t>
      </w:r>
      <w:r>
        <w:t xml:space="preserve"> Sales Development Representative (SDR)</w:t>
      </w:r>
    </w:p>
    <w:p>
      <w:pPr>
        <w:spacing w:after="60"/>
      </w:pPr>
      <w:r>
        <w:rPr>
          <w:b/>
        </w:rPr>
        <w:t>Company:</w:t>
      </w:r>
      <w:r>
        <w:t xml:space="preserve"> [Company name]</w:t>
      </w:r>
    </w:p>
    <w:p>
      <w:pPr>
        <w:spacing w:after="60"/>
      </w:pPr>
      <w:r>
        <w:rPr>
          <w:b/>
        </w:rPr>
        <w:t>Location:</w:t>
      </w:r>
      <w:r>
        <w:t xml:space="preserve"> [Office address / Remote, UK / Hybrid, [number] days a week in [town or city]]</w:t>
      </w:r>
    </w:p>
    <w:p>
      <w:pPr>
        <w:spacing w:after="60"/>
      </w:pPr>
      <w:r>
        <w:rPr>
          <w:b/>
        </w:rPr>
        <w:t>Reports to:</w:t>
      </w:r>
      <w:r>
        <w:t xml:space="preserve"> [Sales Manager / Head of Sales / Managing Director]</w:t>
      </w:r>
    </w:p>
    <w:p>
      <w:pPr>
        <w:spacing w:after="60"/>
      </w:pPr>
      <w:r>
        <w:rPr>
          <w:b/>
        </w:rPr>
        <w:t>Contract:</w:t>
      </w:r>
      <w:r>
        <w:t xml:space="preserve"> [Permanent / Fixed term], [full time / part time]</w:t>
      </w:r>
    </w:p>
    <w:p>
      <w:pPr>
        <w:spacing w:after="60"/>
      </w:pPr>
      <w:r>
        <w:rPr>
          <w:b/>
        </w:rPr>
        <w:t>Hours:</w:t>
      </w:r>
      <w:r>
        <w:t xml:space="preserve"> [number] hours a week, [Monday to Friday], [start time] to [finish time]</w:t>
      </w:r>
    </w:p>
    <w:p>
      <w:pPr>
        <w:spacing w:after="60"/>
      </w:pPr>
      <w:r>
        <w:rPr>
          <w:b/>
        </w:rPr>
        <w:t>Salary:</w:t>
      </w:r>
      <w:r>
        <w:t xml:space="preserve"> £[basic salary] basic, plus [commission / bonus] of up to £[amount], giving on-target earnings (OTE) of £[OTE] a year</w:t>
      </w:r>
    </w:p>
    <w:p>
      <w:pPr>
        <w:spacing w:after="80"/>
      </w:pPr>
      <w:r>
        <w:rPr>
          <w:b/>
        </w:rPr>
        <w:t>Closing date:</w:t>
      </w:r>
      <w:r>
        <w:t xml:space="preserve"> [date]</w:t>
      </w:r>
    </w:p>
    <w:p>
      <w:pPr>
        <w:pStyle w:val="Heading1"/>
      </w:pPr>
      <w:r>
        <w:t>About us</w:t>
      </w:r>
    </w:p>
    <w:p>
      <w:pPr>
        <w:spacing w:after="120"/>
      </w:pPr>
      <w:r>
        <w:t>[Company name] is a [type of business] based in [location]. We help [type of customer] with [problem you solve]. We are [number] people, and we are growing our sales team to reach more [target sector] businesses across [region / the UK].</w:t>
      </w:r>
    </w:p>
    <w:p>
      <w:pPr>
        <w:pStyle w:val="Heading1"/>
      </w:pPr>
      <w:r>
        <w:t>About the role</w:t>
      </w:r>
    </w:p>
    <w:p>
      <w:pPr>
        <w:spacing w:after="120"/>
      </w:pPr>
      <w:r>
        <w:t>As our Sales Development Representative you will be the first conversation many of our future customers have with us. You will find and contact [type of business] that could benefit from [product or service], qualify their interest, and book meetings for our [account executives / sales team / Managing Director]. You will be measured on qualified meetings that take place, and you will have full training on our product, our customers and our sales process.</w:t>
      </w:r>
    </w:p>
    <w:p>
      <w:pPr>
        <w:pStyle w:val="Heading1"/>
      </w:pPr>
      <w:r>
        <w:t>Key responsibilities</w:t>
      </w:r>
    </w:p>
    <w:p>
      <w:pPr>
        <w:pStyle w:val="ListBullet"/>
        <w:spacing w:after="40"/>
      </w:pPr>
      <w:r>
        <w:t>Research target companies and contacts that match our ideal customer profile, using [LinkedIn / Sales Navigator / our data provider / our CRM]</w:t>
      </w:r>
    </w:p>
    <w:p>
      <w:pPr>
        <w:pStyle w:val="ListBullet"/>
        <w:spacing w:after="40"/>
      </w:pPr>
      <w:r>
        <w:t>Contact prospects by phone, email and LinkedIn in planned outreach sequences</w:t>
      </w:r>
    </w:p>
    <w:p>
      <w:pPr>
        <w:pStyle w:val="ListBullet"/>
        <w:spacing w:after="40"/>
      </w:pPr>
      <w:r>
        <w:t>Respond to inbound enquiries from [website forms / demo requests / events] within [timeframe]</w:t>
      </w:r>
    </w:p>
    <w:p>
      <w:pPr>
        <w:pStyle w:val="ListBullet"/>
        <w:spacing w:after="40"/>
      </w:pPr>
      <w:r>
        <w:t>Ask qualifying questions to confirm need, decision-maker and timescale</w:t>
      </w:r>
    </w:p>
    <w:p>
      <w:pPr>
        <w:pStyle w:val="ListBullet"/>
        <w:spacing w:after="40"/>
      </w:pPr>
      <w:r>
        <w:t>Book qualified meetings into the calendars of [account executives / the Managing Director], with a clear written handover</w:t>
      </w:r>
    </w:p>
    <w:p>
      <w:pPr>
        <w:pStyle w:val="ListBullet"/>
        <w:spacing w:after="40"/>
      </w:pPr>
      <w:r>
        <w:t>Follow up with prospects who are interested but not ready, and keep them warm</w:t>
      </w:r>
    </w:p>
    <w:p>
      <w:pPr>
        <w:pStyle w:val="ListBullet"/>
        <w:spacing w:after="40"/>
      </w:pPr>
      <w:r>
        <w:t>Confirm meetings in advance and rebook any that are missed</w:t>
      </w:r>
    </w:p>
    <w:p>
      <w:pPr>
        <w:pStyle w:val="ListBullet"/>
        <w:spacing w:after="40"/>
      </w:pPr>
      <w:r>
        <w:t>Record every call, email and outcome accurately in [CRM name]</w:t>
      </w:r>
    </w:p>
    <w:p>
      <w:pPr>
        <w:pStyle w:val="ListBullet"/>
        <w:spacing w:after="40"/>
      </w:pPr>
      <w:r>
        <w:t>Screen phone numbers against the TPS and CTPS registers before any call, following our compliance process</w:t>
      </w:r>
    </w:p>
    <w:p>
      <w:pPr>
        <w:pStyle w:val="ListBullet"/>
        <w:spacing w:after="40"/>
      </w:pPr>
      <w:r>
        <w:t>Work with [marketing / the sales team] to improve our lists, messages and scripts</w:t>
      </w:r>
    </w:p>
    <w:p>
      <w:pPr>
        <w:pStyle w:val="ListBullet"/>
        <w:spacing w:after="120"/>
      </w:pPr>
      <w:r>
        <w:t>Report weekly on activity, meetings booked, meetings held and pipeline created</w:t>
      </w:r>
    </w:p>
    <w:p>
      <w:pPr>
        <w:pStyle w:val="Heading1"/>
      </w:pPr>
      <w:r>
        <w:t>Targets</w:t>
      </w:r>
    </w:p>
    <w:p>
      <w:pPr>
        <w:pStyle w:val="ListBullet"/>
        <w:keepNext/>
        <w:spacing w:after="40"/>
      </w:pPr>
      <w:r>
        <w:t>[number] qualified meetings held per [week / month]</w:t>
      </w:r>
    </w:p>
    <w:p>
      <w:pPr>
        <w:pStyle w:val="ListBullet"/>
        <w:keepNext/>
        <w:spacing w:after="40"/>
      </w:pPr>
      <w:r>
        <w:t>[Optional: pipeline value of £[amount] per [quarter]]</w:t>
      </w:r>
    </w:p>
    <w:p>
      <w:pPr>
        <w:pStyle w:val="ListBullet"/>
        <w:spacing w:after="120"/>
      </w:pPr>
      <w:r>
        <w:t>Targets are reviewed [quarterly] and set with you</w:t>
      </w:r>
    </w:p>
    <w:p>
      <w:pPr>
        <w:pStyle w:val="Heading1"/>
      </w:pPr>
      <w:r>
        <w:t>What we are looking for</w:t>
      </w:r>
    </w:p>
    <w:p>
      <w:pPr>
        <w:keepNext/>
        <w:spacing w:after="40" w:before="80"/>
      </w:pPr>
      <w:r>
        <w:rPr>
          <w:b/>
        </w:rPr>
        <w:t>Essential:</w:t>
      </w:r>
    </w:p>
    <w:p>
      <w:pPr>
        <w:pStyle w:val="ListBullet"/>
        <w:keepNext/>
        <w:spacing w:after="40"/>
      </w:pPr>
      <w:r>
        <w:t>Confident, clear communication on the phone and in writing</w:t>
      </w:r>
    </w:p>
    <w:p>
      <w:pPr>
        <w:pStyle w:val="ListBullet"/>
        <w:keepNext/>
        <w:spacing w:after="40"/>
      </w:pPr>
      <w:r>
        <w:t>Resilience and a positive response to rejection</w:t>
      </w:r>
    </w:p>
    <w:p>
      <w:pPr>
        <w:pStyle w:val="ListBullet"/>
        <w:keepNext/>
        <w:spacing w:after="40"/>
      </w:pPr>
      <w:r>
        <w:t>Strong organisation and attention to detail</w:t>
      </w:r>
    </w:p>
    <w:p>
      <w:pPr>
        <w:pStyle w:val="ListBullet"/>
        <w:keepNext/>
        <w:spacing w:after="40"/>
      </w:pPr>
      <w:r>
        <w:t>Curiosity: you ask good questions and listen to the answers</w:t>
      </w:r>
    </w:p>
    <w:p>
      <w:pPr>
        <w:pStyle w:val="ListBullet"/>
        <w:keepNext/>
        <w:spacing w:after="40"/>
      </w:pPr>
      <w:r>
        <w:t>Comfortable using a CRM, email and video calls</w:t>
      </w:r>
    </w:p>
    <w:p>
      <w:pPr>
        <w:pStyle w:val="ListBullet"/>
        <w:spacing w:after="120"/>
      </w:pPr>
      <w:r>
        <w:t>[Right to work in the UK]</w:t>
      </w:r>
    </w:p>
    <w:p>
      <w:pPr>
        <w:keepNext/>
        <w:spacing w:after="40" w:before="80"/>
      </w:pPr>
      <w:r>
        <w:rPr>
          <w:b/>
        </w:rPr>
        <w:t>Desirable:</w:t>
      </w:r>
    </w:p>
    <w:p>
      <w:pPr>
        <w:pStyle w:val="ListBullet"/>
        <w:keepNext/>
        <w:spacing w:after="40"/>
      </w:pPr>
      <w:r>
        <w:t>Experience in [sales / telesales / customer service / recruitment / hospitality / retail]</w:t>
      </w:r>
    </w:p>
    <w:p>
      <w:pPr>
        <w:pStyle w:val="ListBullet"/>
        <w:keepNext/>
        <w:spacing w:after="40"/>
      </w:pPr>
      <w:r>
        <w:t>Experience with [CRM name] or a similar CRM</w:t>
      </w:r>
    </w:p>
    <w:p>
      <w:pPr>
        <w:pStyle w:val="ListBullet"/>
        <w:keepNext/>
        <w:spacing w:after="40"/>
      </w:pPr>
      <w:r>
        <w:t>Knowledge of [your sector]</w:t>
      </w:r>
    </w:p>
    <w:p>
      <w:pPr>
        <w:pStyle w:val="ListBullet"/>
        <w:spacing w:after="120"/>
      </w:pPr>
      <w:r>
        <w:t>[Second language, if relevant to your market]</w:t>
      </w:r>
    </w:p>
    <w:p>
      <w:pPr>
        <w:pStyle w:val="Heading1"/>
      </w:pPr>
      <w:r>
        <w:t>What we offer</w:t>
      </w:r>
    </w:p>
    <w:p>
      <w:pPr>
        <w:pStyle w:val="ListBullet"/>
        <w:spacing w:after="40"/>
      </w:pPr>
      <w:r>
        <w:t>£[basic salary] basic, OTE £[OTE]</w:t>
      </w:r>
    </w:p>
    <w:p>
      <w:pPr>
        <w:pStyle w:val="ListBullet"/>
        <w:spacing w:after="40"/>
      </w:pPr>
      <w:r>
        <w:t>[number] days' holiday plus bank holidays</w:t>
      </w:r>
    </w:p>
    <w:p>
      <w:pPr>
        <w:pStyle w:val="ListBullet"/>
        <w:spacing w:after="40"/>
      </w:pPr>
      <w:r>
        <w:t>[Pension scheme details]</w:t>
      </w:r>
    </w:p>
    <w:p>
      <w:pPr>
        <w:pStyle w:val="ListBullet"/>
        <w:spacing w:after="40"/>
      </w:pPr>
      <w:r>
        <w:t>[Training programme, for example structured onboarding and weekly coaching]</w:t>
      </w:r>
    </w:p>
    <w:p>
      <w:pPr>
        <w:pStyle w:val="ListBullet"/>
        <w:spacing w:after="40"/>
      </w:pPr>
      <w:r>
        <w:t>A clear path to [Account Executive / Senior SDR] for people who hit target consistently</w:t>
      </w:r>
    </w:p>
    <w:p>
      <w:pPr>
        <w:pStyle w:val="ListBullet"/>
        <w:spacing w:after="40"/>
      </w:pPr>
      <w:r>
        <w:t>[Hybrid or remote working, equipment provided]</w:t>
      </w:r>
    </w:p>
    <w:p>
      <w:pPr>
        <w:pStyle w:val="ListBullet"/>
        <w:spacing w:after="120"/>
      </w:pPr>
      <w:r>
        <w:t>[Other benefits]</w:t>
      </w:r>
    </w:p>
    <w:p>
      <w:pPr>
        <w:pStyle w:val="Heading1"/>
      </w:pPr>
      <w:r>
        <w:t>How to apply</w:t>
      </w:r>
    </w:p>
    <w:p>
      <w:pPr>
        <w:spacing w:after="120"/>
      </w:pPr>
      <w:r>
        <w:t>Send your CV and a short note telling us why you want to work in sales to [email address] by [closing date]. Shortlisted candidates will be invited to [a short phone call, then an interview that includes a role-played call].</w:t>
      </w:r>
    </w:p>
    <w:p>
      <w:pPr>
        <w:spacing w:after="120"/>
      </w:pPr>
      <w:r>
        <w:t>[Company name] is an equal opportunities employer. [Your standard equality and accessibility statement.]</w:t>
      </w:r>
    </w:p>
    <w:p>
      <w:pPr>
        <w:pStyle w:val="Heading1"/>
      </w:pPr>
      <w:r>
        <w:t>Before you post</w:t>
      </w:r>
    </w:p>
    <w:p>
      <w:pPr>
        <w:keepNext/>
        <w:spacing w:after="80"/>
      </w:pPr>
      <w:r>
        <w:rPr>
          <w:i/>
          <w:color w:val="5A5A5A"/>
          <w:sz w:val="20"/>
        </w:rPr>
        <w:t>Notes from the guide. Delete this section from the final advert.</w:t>
      </w:r>
    </w:p>
    <w:p>
      <w:pPr>
        <w:pStyle w:val="ListBullet"/>
        <w:spacing w:after="40"/>
      </w:pPr>
      <w:r>
        <w:t>The wording is a starting point, not a legal document; check your final advert against your own employment terms and policies.</w:t>
      </w:r>
    </w:p>
    <w:p>
      <w:pPr>
        <w:pStyle w:val="ListBullet"/>
        <w:spacing w:after="40"/>
      </w:pPr>
      <w:r>
        <w:t>Replace "[type of business]" with something concrete, such as "independent dental practices in the North West" or "UK manufacturers with their own field sales team". Say whether the role is inbound, outbound or both.</w:t>
      </w:r>
    </w:p>
    <w:p>
      <w:pPr>
        <w:pStyle w:val="ListBullet"/>
        <w:spacing w:after="40"/>
      </w:pPr>
      <w:r>
        <w:t>Cut any line that is not part of the job. If you have no inbound leads, delete the inbound bullet and make the outbound bullets fuller.</w:t>
      </w:r>
    </w:p>
    <w:p>
      <w:pPr>
        <w:pStyle w:val="ListBullet"/>
        <w:spacing w:after="40"/>
      </w:pPr>
      <w:r>
        <w:t>Keep the TPS and CTPS line: the ICO's business-to-business marketing guidance says live marketing calls must not go to numbers registered with the TPS or CTPS without consent, and callers must identify themselves and display a number. This is general information, not legal advice.</w:t>
      </w:r>
    </w:p>
    <w:p>
      <w:pPr>
        <w:pStyle w:val="ListBullet"/>
        <w:spacing w:after="40"/>
      </w:pPr>
      <w:r>
        <w:t>Write the target as qualified meetings held, not calls made or meetings booked. If you are hiring your first SDR and do not know what a realistic number is, say that targets will be set together after the first few weeks.</w:t>
      </w:r>
    </w:p>
    <w:p>
      <w:pPr>
        <w:pStyle w:val="ListBullet"/>
        <w:spacing w:after="40"/>
      </w:pPr>
      <w:r>
        <w:t>Keep the essential list short. Use the desirable list for sector knowledge and tools, which can be taught.</w:t>
      </w:r>
    </w:p>
    <w:p>
      <w:pPr>
        <w:pStyle w:val="ListBullet"/>
        <w:spacing w:after="120"/>
      </w:pPr>
      <w:r>
        <w:t>State the basic salary and the OTE as two separate figures, and say what the commission or bonus is paid on, how often it is paid and whether there is a cap.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8C8C8"/>
      </w:pBdr>
      <w:jc w:val="center"/>
    </w:pPr>
    <w:r/>
    <w:r>
      <w:rPr>
        <w:color w:val="5A5A5A"/>
        <w:sz w:val="18"/>
      </w:rPr>
      <w:t>Template from ant-assist.com ·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80" w:line="264" w:lineRule="auto"/>
      <w:outlineLvl w:val="0"/>
    </w:pPr>
    <w:rPr>
      <w:rFonts w:ascii="Arial" w:hAnsi="Arial" w:eastAsia="Arial" w:cs="Arial"/>
      <w:b/>
      <w:bCs/>
      <w:i w:val="0"/>
      <w:color w:val="C916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 w:line="264" w:lineRule="auto"/>
      <w:outlineLvl w:val="1"/>
    </w:pPr>
    <w:rPr>
      <w:rFonts w:ascii="Arial" w:hAnsi="Arial" w:eastAsia="Arial" w:cs="Arial"/>
      <w:b/>
      <w:bCs/>
      <w:i w:val="0"/>
      <w:color w:val="C9165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40" w:line="264" w:lineRule="auto"/>
      <w:outlineLvl w:val="2"/>
    </w:pPr>
    <w:rPr>
      <w:rFonts w:ascii="Arial" w:hAnsi="Arial" w:eastAsia="Arial" w:cs="Arial"/>
      <w:b/>
      <w:bCs/>
      <w:i w:val="0"/>
      <w:color w:val="C916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 w:before="0"/>
      <w:contextualSpacing/>
    </w:pPr>
    <w:rPr>
      <w:rFonts w:ascii="Arial" w:hAnsi="Arial" w:eastAsia="Arial" w:cs="Arial"/>
      <w:b/>
      <w:i w:val="0"/>
      <w:color w:val="C9165B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development representative (SDR) job description template</dc:title>
  <dc:subject>UK SDR job description template</dc:subject>
  <dc:creator>Ant Assist</dc:creator>
  <cp:keywords>SDR, sales development representative, job description, template, UK</cp:keywords>
  <dc:description>Free template from ant-assist.com. Source guide: https://ant-assist.com/resources/sdr-job-description/</dc:description>
  <cp:lastModifiedBy>Ant Assist</cp:lastModifiedBy>
  <cp:revision>1</cp:revision>
  <dcterms:created xsi:type="dcterms:W3CDTF">2026-10-22T09:00:00Z</dcterms:created>
  <dcterms:modified xsi:type="dcterms:W3CDTF">2026-10-22T09:00:00Z</dcterms:modified>
  <cp:category>Template</cp:category>
  <dc:language>en-GB</dc:language>
</cp:coreProperties>
</file>