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Live chat scripts</w:t>
      </w:r>
    </w:p>
    <w:tbl>
      <w:tblPr>
        <w:tblW w:w="9411" w:type="dxa"/>
        <w:jc w:val="left"/>
        <w:tblBorders>
          <w:top w:val="single" w:sz="4" w:space="0" w:color="F2C4DA"/>
          <w:left w:val="single" w:sz="4" w:space="0" w:color="F2C4DA"/>
          <w:bottom w:val="single" w:sz="4" w:space="0" w:color="F2C4DA"/>
          <w:right w:val="single" w:sz="4" w:space="0" w:color="F2C4DA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CE7F3"/>
          </w:tcPr>
          <w:p>
            <w:pPr>
              <w:spacing w:after="0"/>
            </w:pPr>
            <w:r>
              <w:rPr>
                <w:b/>
              </w:rPr>
              <w:t xml:space="preserve">How to use this template: </w:t>
            </w:r>
            <w:r>
              <w:t>Copy the script you need into your chat tool's saved replies and follow the four rules below.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1"/>
      </w:pPr>
      <w:r>
        <w:t>Before you use them</w:t>
      </w:r>
    </w:p>
    <w:p>
      <w:pPr>
        <w:pStyle w:val="ListBullet"/>
        <w:keepNext/>
        <w:spacing w:after="40"/>
      </w:pPr>
      <w:r>
        <w:t>Replace every [placeholder] before sending. A bracket left in a reply is worse than no script.</w:t>
      </w:r>
    </w:p>
    <w:p>
      <w:pPr>
        <w:pStyle w:val="ListBullet"/>
        <w:keepNext/>
        <w:spacing w:after="40"/>
      </w:pPr>
      <w:r>
        <w:t>Change the wording to sound like your business. If you would never say "I'd be happy to help", do not.</w:t>
      </w:r>
    </w:p>
    <w:p>
      <w:pPr>
        <w:pStyle w:val="ListBullet"/>
        <w:keepNext/>
        <w:spacing w:after="40"/>
      </w:pPr>
      <w:r>
        <w:t>Keep the structure: answer, then next step.</w:t>
      </w:r>
    </w:p>
    <w:p>
      <w:pPr>
        <w:pStyle w:val="ListBullet"/>
        <w:spacing w:after="120"/>
      </w:pPr>
      <w:r>
        <w:t>Times and dates in the scripts are placeholders. Only promise what your team can meet.</w:t>
      </w:r>
    </w:p>
    <w:p>
      <w:pPr>
        <w:pStyle w:val="Heading1"/>
      </w:pPr>
      <w:r>
        <w:t>Greeting scripts</w:t>
      </w:r>
    </w:p>
    <w:p>
      <w:pPr>
        <w:pStyle w:val="Heading2"/>
      </w:pPr>
      <w:r>
        <w:t>1. Standard greeting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Hi, I'm [agent name] from [business name]. What can I help you with today?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2"/>
      </w:pPr>
      <w:r>
        <w:t>2. Proactive greeting on a product or pricing page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Hi there, I'm [agent name]. If you have a question about [product or service], such as sizes, delivery or what's included, just type it here and I'll answer.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2"/>
      </w:pPr>
      <w:r>
        <w:t>3. Returning customer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Welcome back, [customer first name]. I can see your last order was [order number]. Is this about that order, or something new?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1"/>
      </w:pPr>
      <w:r>
        <w:t>Pre-sale question scripts</w:t>
      </w:r>
    </w:p>
    <w:p>
      <w:pPr>
        <w:pStyle w:val="Heading2"/>
      </w:pPr>
      <w:r>
        <w:t>4. Product or service question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Good question. [Product name] [answer in one sentence, such as "comes in three sizes" or "includes installation"]. The main difference from [other product] is [difference]. Would you like a link to compare them?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2"/>
      </w:pPr>
      <w:r>
        <w:t>5. Price or quote request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Our [service or product] starts at [price] for [what is included]. The final price depends on [the factors, such as quantity or location]. If you share [the details you need], I can give you an exact figure, or [colleague or team] can send a written quote by [day].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2"/>
      </w:pPr>
      <w:r>
        <w:t>6. Booking or appointment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I can book that for you now. We have [day and time] or [day and time] available. Which suits you better? I'll just need your name, email and [any other detail].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1"/>
      </w:pPr>
      <w:r>
        <w:t>Order and delivery scripts</w:t>
      </w:r>
    </w:p>
    <w:p>
      <w:pPr>
        <w:pStyle w:val="Heading2"/>
      </w:pPr>
      <w:r>
        <w:t>7. Where is my order?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Thanks, [customer first name]. I've checked order [order number]: it was dispatched on [date] with [carrier], and the tracking shows [status]. Here's the tracking link: [link]. If it hasn't arrived by [date], message us here and I'll chase it.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2"/>
      </w:pPr>
      <w:r>
        <w:t>8. Wrong, missing or damaged item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I'm sorry that [item] arrived [damaged / wrong / missing]. That shouldn't happen. Could you send a photo of [the item and packaging] here or to [email address]? Once I have it, I'll [send a replacement / arrange a refund] and tell you exactly when to expect it.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2"/>
      </w:pPr>
      <w:r>
        <w:t>9. Refund or return request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I can help with that. You can return [item] within [return window from your policy] using [returns method or link]. Once it reaches us, we'll refund [original payment method] within [time from your policy]. Would you like me to start the return now?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1"/>
      </w:pPr>
      <w:r>
        <w:t>Complaint and "I don't know" scripts</w:t>
      </w:r>
    </w:p>
    <w:p>
      <w:pPr>
        <w:pStyle w:val="Heading2"/>
      </w:pPr>
      <w:r>
        <w:t>10. Complaint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I'm sorry, [customer first name]. I can see why that's frustrating. Let me make sure I have it right: [one-sentence summary of the problem]. Here's what I'll do: [action], and I'll update you by [time or day].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2"/>
      </w:pPr>
      <w:r>
        <w:t>11. When you don't know the answer yet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That's a good question and I want to give you the right answer, not a guess. I'm checking with [colleague or team] now. It may take [a few minutes / until time]. Would you like to wait here, or shall I email you at [email address]?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1"/>
      </w:pPr>
      <w:r>
        <w:t>Handover scripts</w:t>
      </w:r>
    </w:p>
    <w:p>
      <w:pPr>
        <w:pStyle w:val="Heading2"/>
      </w:pPr>
      <w:r>
        <w:t>12. Bot or form to a person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Thanks for waiting, I'm [agent name] and I've picked up your chat. I can see you asked about [summary of question from the bot or form], so you won't need to repeat yourself.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2"/>
      </w:pPr>
      <w:r>
        <w:t>13. Moving to phone or email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This one needs [a call / some documents / a colleague in our team], so it's best handled by [phone / email]. [Colleague name] will [call you on / email you at] [contact detail] by [day and time]. I've passed on everything you've told me, so you won't need to start again. Is that number or address the best one?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1"/>
      </w:pPr>
      <w:r>
        <w:t>Out-of-hours script</w:t>
      </w:r>
    </w:p>
    <w:p>
      <w:pPr>
        <w:pStyle w:val="Heading2"/>
      </w:pPr>
      <w:r>
        <w:t>14. Offline message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Thanks for your message. Our chat team is here [days], [opening hours] UK time, and we're offline right now. Leave your name, email and question below and we'll reply by [time] on [next working day]. If it's about an order, add your order number and we'll check it first thing.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spacing w:after="160" w:before="80"/>
      </w:pPr>
      <w:r>
        <w:rPr>
          <w:i/>
          <w:color w:val="5A5A5A"/>
          <w:sz w:val="20"/>
        </w:rPr>
        <w:t>Use the hours you actually staff.</w:t>
      </w:r>
    </w:p>
    <w:p>
      <w:pPr>
        <w:pStyle w:val="Heading1"/>
      </w:pPr>
      <w:r>
        <w:t>Closing scripts</w:t>
      </w:r>
    </w:p>
    <w:p>
      <w:pPr>
        <w:pStyle w:val="Heading2"/>
      </w:pPr>
      <w:r>
        <w:t>15. Closing the chat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Is there anything else I can help with today? If not, thanks for chatting, [customer first name]. You'll receive a copy of this conversation at [email address].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2"/>
      </w:pPr>
      <w:r>
        <w:t>16. Follow-up message after the chat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6F6F6"/>
          </w:tcPr>
          <w:p>
            <w:pPr>
              <w:spacing w:after="0"/>
            </w:pPr>
            <w:r>
              <w:rPr>
                <w:sz w:val="22"/>
              </w:rPr>
              <w:t>Hi [customer first name], it's [agent name] from [business name] following up on our chat about [topic]. [Update: what has happened since]. If you have any other questions, just reply to this email or start a chat on [website].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1"/>
      </w:pPr>
      <w:r>
        <w:t>Blank script template</w:t>
      </w:r>
    </w:p>
    <w:p>
      <w:pPr>
        <w:keepNext/>
      </w:pPr>
      <w:r>
        <w:t>Use this layout for any new situation your chat team meets more than once. Copy it into a shared document or your chat tool's saved replies.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2608"/>
        <w:gridCol w:w="6803"/>
      </w:tblGrid>
      <w:tr>
        <w:trPr>
          <w:cantSplit/>
          <w:trHeight w:val="510" w:hRule="atLeast"/>
        </w:trPr>
        <w:tc>
          <w:tcPr>
            <w:tcW w:w="260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Situation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[what the customer asks or what has happened]</w:t>
            </w:r>
          </w:p>
        </w:tc>
      </w:tr>
      <w:tr>
        <w:trPr>
          <w:cantSplit/>
          <w:trHeight w:val="510" w:hRule="atLeast"/>
        </w:trPr>
        <w:tc>
          <w:tcPr>
            <w:tcW w:w="260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Goal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[what a good outcome looks like for the customer and for you]</w:t>
            </w:r>
          </w:p>
        </w:tc>
      </w:tr>
      <w:tr>
        <w:trPr>
          <w:cantSplit/>
          <w:trHeight w:val="510" w:hRule="atLeast"/>
        </w:trPr>
        <w:tc>
          <w:tcPr>
            <w:tcW w:w="260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Script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[the wording, with placeholders in square brackets]</w:t>
            </w:r>
          </w:p>
        </w:tc>
      </w:tr>
      <w:tr>
        <w:trPr>
          <w:cantSplit/>
          <w:trHeight w:val="510" w:hRule="atLeast"/>
        </w:trPr>
        <w:tc>
          <w:tcPr>
            <w:tcW w:w="260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Next step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[what the agent does after sending: check, escalate, book, close]</w:t>
            </w:r>
          </w:p>
        </w:tc>
      </w:tr>
      <w:tr>
        <w:trPr>
          <w:cantSplit/>
          <w:trHeight w:val="510" w:hRule="atLeast"/>
        </w:trPr>
        <w:tc>
          <w:tcPr>
            <w:tcW w:w="260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Placeholders to fill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[list each bracketed item and where to find it]</w:t>
            </w:r>
          </w:p>
        </w:tc>
      </w:tr>
      <w:tr>
        <w:trPr>
          <w:cantSplit/>
          <w:trHeight w:val="510" w:hRule="atLeast"/>
        </w:trPr>
        <w:tc>
          <w:tcPr>
            <w:tcW w:w="260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Owner and last checked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[name] · [date]</w:t>
            </w:r>
          </w:p>
        </w:tc>
      </w:tr>
    </w:tbl>
    <w:p>
      <w:pPr>
        <w:spacing w:before="0" w:after="0" w:line="120" w:lineRule="exact"/>
      </w:pPr>
      <w:r>
        <w:rPr>
          <w:sz w:val="4"/>
        </w:rPr>
      </w:r>
    </w:p>
    <w:p>
      <w:r>
        <w:t>Keep the master copy in one shared document that one person owns, and load the agreed wording into your chat tool as saved replies with clear shortcut names.</w:t>
      </w:r>
    </w:p>
    <w:p>
      <w:pPr>
        <w:pStyle w:val="Heading1"/>
      </w:pPr>
      <w:r>
        <w:t>Tone, length and words to avoid</w:t>
      </w:r>
    </w:p>
    <w:p>
      <w:pPr>
        <w:pStyle w:val="Heading2"/>
      </w:pPr>
      <w:r>
        <w:t>Reply length</w:t>
      </w:r>
    </w:p>
    <w:p>
      <w:r>
        <w:t>Keep each message to two or three short sentences. Send a long answer as two or three messages so the customer can read as you type. Put the answer first and the explanation after.</w:t>
      </w:r>
    </w:p>
    <w:p>
      <w:pPr>
        <w:pStyle w:val="Heading2"/>
      </w:pPr>
      <w:r>
        <w:t>Words to avoid</w:t>
      </w:r>
    </w:p>
    <w:p>
      <w:pPr>
        <w:pStyle w:val="ListBullet"/>
        <w:keepNext/>
        <w:spacing w:after="40"/>
      </w:pPr>
      <w:r>
        <w:t>"Unfortunately" as an opening word: lead with what you can do.</w:t>
      </w:r>
    </w:p>
    <w:p>
      <w:pPr>
        <w:pStyle w:val="ListBullet"/>
        <w:keepNext/>
        <w:spacing w:after="40"/>
      </w:pPr>
      <w:r>
        <w:t>"As per our policy": explain the rule in plain words.</w:t>
      </w:r>
    </w:p>
    <w:p>
      <w:pPr>
        <w:pStyle w:val="ListBullet"/>
        <w:keepNext/>
        <w:spacing w:after="40"/>
      </w:pPr>
      <w:r>
        <w:t>"Calm down" or "you should have": they inflame a complaint.</w:t>
      </w:r>
    </w:p>
    <w:p>
      <w:pPr>
        <w:pStyle w:val="ListBullet"/>
        <w:keepNext/>
        <w:spacing w:after="40"/>
      </w:pPr>
      <w:r>
        <w:t>Internal terms such as ticket numbers, system names or team codes the customer will not know.</w:t>
      </w:r>
    </w:p>
    <w:p>
      <w:pPr>
        <w:pStyle w:val="ListBullet"/>
        <w:spacing w:after="120"/>
      </w:pPr>
      <w:r>
        <w:t>Promises you cannot check, such as "it will definitely arrive tomorrow".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8C8C8"/>
      </w:pBdr>
      <w:jc w:val="center"/>
    </w:pPr>
    <w:r/>
    <w:r>
      <w:rPr>
        <w:color w:val="5A5A5A"/>
        <w:sz w:val="18"/>
      </w:rPr>
      <w:t>Template from ant-assist.com · Free to use and adapt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80" w:line="264" w:lineRule="auto"/>
      <w:outlineLvl w:val="0"/>
    </w:pPr>
    <w:rPr>
      <w:rFonts w:ascii="Arial" w:hAnsi="Arial" w:eastAsia="Arial" w:cs="Arial"/>
      <w:b/>
      <w:bCs/>
      <w:i w:val="0"/>
      <w:color w:val="C916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60" w:line="264" w:lineRule="auto"/>
      <w:outlineLvl w:val="1"/>
    </w:pPr>
    <w:rPr>
      <w:rFonts w:ascii="Arial" w:hAnsi="Arial" w:eastAsia="Arial" w:cs="Arial"/>
      <w:b/>
      <w:bCs/>
      <w:i w:val="0"/>
      <w:color w:val="C9165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40" w:line="264" w:lineRule="auto"/>
      <w:outlineLvl w:val="2"/>
    </w:pPr>
    <w:rPr>
      <w:rFonts w:ascii="Arial" w:hAnsi="Arial" w:eastAsia="Arial" w:cs="Arial"/>
      <w:b/>
      <w:bCs/>
      <w:i w:val="0"/>
      <w:color w:val="C916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 w:before="0"/>
      <w:contextualSpacing/>
    </w:pPr>
    <w:rPr>
      <w:rFonts w:ascii="Arial" w:hAnsi="Arial" w:eastAsia="Arial" w:cs="Arial"/>
      <w:b/>
      <w:i w:val="0"/>
      <w:color w:val="C9165B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 chat scripts</dc:title>
  <dc:subject>16 live chat scripts and a blank script template</dc:subject>
  <dc:creator>Ant Assist</dc:creator>
  <cp:keywords>live chat, scripts, saved replies, canned replies, customer service</cp:keywords>
  <dc:description>Free template from ant-assist.com. Source guide: https://ant-assist.com/resources/live-chat-scripts/</dc:description>
  <cp:lastModifiedBy>Ant Assist</cp:lastModifiedBy>
  <cp:revision>1</cp:revision>
  <dcterms:created xsi:type="dcterms:W3CDTF">2026-10-22T09:00:00Z</dcterms:created>
  <dcterms:modified xsi:type="dcterms:W3CDTF">2026-10-22T09:00:00Z</dcterms:modified>
  <cp:category>Template</cp:category>
  <dc:language>en-GB</dc:language>
</cp:coreProperties>
</file>